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right"/>
      </w:pPr>
      <w:r>
        <w:rPr>
          <w:b w:val="0"/>
          <w:i/>
          <w:strike w:val="0"/>
          <w:sz w:val="16"/>
        </w:rPr>
        <w:t>Do wypełnienia przez placówkę</w:t>
      </w:r>
    </w:p>
    <w:p>
      <w:pPr>
        <w:spacing w:after="40"/>
        <w:jc w:val="center"/>
      </w:pPr>
      <w:r>
        <w:rPr>
          <w:b/>
          <w:i w:val="0"/>
          <w:strike w:val="0"/>
          <w:sz w:val="26"/>
        </w:rPr>
        <w:t>DEKLARACJA UDZIAŁU PLACÓWKI OŚWIATOWEJ</w:t>
      </w:r>
    </w:p>
    <w:p>
      <w:pPr>
        <w:spacing w:after="160"/>
        <w:jc w:val="center"/>
      </w:pPr>
      <w:r>
        <w:rPr>
          <w:b w:val="0"/>
          <w:i w:val="0"/>
          <w:strike w:val="0"/>
          <w:sz w:val="20"/>
        </w:rPr>
        <w:t>w zadaniu publicznym pn. Olimpiada „Orzeł, barwy, Mazurek” – symbole narodowe i historia Polski w szkołach i przedszkolach Małopolski, planowanym przez Fundację Promocji Nowej Huty do realizacji w okresie 02.11–18.12.2026 r. w ramach: otwarty konkurs ofert Województwa Małopolskiego „Kocham Polskę! – 2 edycja 2026”</w:t>
      </w:r>
    </w:p>
    <w:p>
      <w:pPr>
        <w:spacing w:after="60"/>
      </w:pPr>
      <w:r>
        <w:rPr>
          <w:b/>
          <w:i w:val="0"/>
          <w:strike w:val="0"/>
          <w:sz w:val="21"/>
        </w:rPr>
        <w:t>1. Dane placówki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Pełna nazwa placówki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Adres (ulica, nr, kod, miejscowość)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Gmina / powiat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Typ placówki (przedszkole / szkoła podstawowa / szkoła ponadpodstawowa / zespół / inna)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Numer RSPO (jeśli znany)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Organ prowadzący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Dyrektor placówki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  <w:tr>
        <w:trPr>
          <w:cantSplit/>
        </w:trPr>
        <w:tc>
          <w:tcPr>
            <w:tcW w:type="dxa" w:w="3685"/>
            <w:shd w:val="clear" w:color="auto" w:fill="EDEDED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9"/>
              </w:rPr>
              <w:t>Osoba do kontaktu (nauczyciel koordynator): imię, nazwisko, e-mail służbowy, telefon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</w:p>
        </w:tc>
      </w:tr>
    </w:tbl>
    <w:p>
      <w:pPr>
        <w:spacing w:after="60"/>
      </w:pPr>
    </w:p>
    <w:p>
      <w:pPr>
        <w:spacing w:after="60"/>
      </w:pPr>
      <w:r>
        <w:rPr>
          <w:b/>
          <w:i w:val="0"/>
          <w:strike w:val="0"/>
          <w:sz w:val="21"/>
        </w:rPr>
        <w:t>2. Rola placówki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Partner wiodący i gospodarz finału olimpiady (dotyczy: Szkoła Podstawowa z Oddziałami Integracyjnymi nr 98 w Krakowie, os. Na Stoku 52)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Placówka uczestnicząca</w:t>
      </w:r>
    </w:p>
    <w:p>
      <w:pPr>
        <w:spacing w:after="60"/>
      </w:pPr>
    </w:p>
    <w:p>
      <w:pPr>
        <w:spacing w:after="60"/>
      </w:pPr>
      <w:r>
        <w:rPr>
          <w:b/>
          <w:i w:val="0"/>
          <w:strike w:val="0"/>
          <w:sz w:val="21"/>
        </w:rPr>
        <w:t>3. Deklarowany udział (proszę zaznaczyć i uzupełnić)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2 zajęcia „Lekcja z symbolami” w placówce (po 45 min, grupy do ok. 25 osób) – grupy: ☐ przedszkole  ☐ klasy 1–3  ☐ klasy 4–8  ☐ szkoła ponadpodstawowa; przewidywana liczba uczestników: …… osób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Etap szkolny olimpiady w placówce (między 23.11 a 04.12.2026): ☐ test wiedzy (klasy 4–8, szkoła ponadpodstawowa)  ☐ praca plastyczna (przedszkole, klasy 1–3); przewidywana liczba uczestników etapu szkolnego: …… osób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Szkolny opiekun olimpiady – nauczyciel placówki (imię i nazwisko): …………………………………… – umowa zlecenia z Fundacją wyłącznie za pracę wykonywaną poza obowiązkami służbowymi (przygotowanie uczniów poza lekcjami, sprawdzenie prac, protokół)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Udział finalistów w finale olimpiady – planowo 10.12.2026 r. w Szkole Podstawowej z Oddziałami Integracyjnymi nr 98 w Krakowie, os. Na Stoku 52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Udział w „Biało-czerwonym spacerze” z zajęciami w Dworku Jana Matejki w Krzesławicach (dotyczy placówek z Krakowa): liczba uczniów …… , liczba opiekunów …… , preferowany termin (piątek lub poniedziałek): ……………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Przyjęcie materiałów: chorągiewki i kotyliony dla uczestników oraz plakaty (przekazanie na własność); roll-up edukacyjny „Polskie symbole narodowe” i zestaw „Kącik symboli narodowych” (flaga z drzewcem i uchwytem ściennym, godło w ramie) – w nieodpłatnym użyczeniu na 5 lat (umowa użyczenia)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Nieodpłatne udostępnienie sali na zajęcia i etap szkolny olimpiady (Rozdz. I ust. 11 regulaminu konkursu)</w:t>
      </w:r>
    </w:p>
    <w:p>
      <w:pPr>
        <w:spacing w:after="40"/>
      </w:pPr>
      <w:r>
        <w:rPr>
          <w:b w:val="0"/>
          <w:i/>
          <w:strike w:val="0"/>
          <w:sz w:val="18"/>
        </w:rPr>
        <w:t>Wypełnia wyłącznie partner wiodący: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Nieodpłatne udostępnienie sali na finał olimpiady (ok. 50 osób, ok. 2 h): sala ……………………… ; ☐ sala na parterze lub dostępna windą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Przyjęcie w nieodpłatne użyczenie na 5 lat przenośnego masztu flagowego z 2 flagami RP i banera. Planowane miejsce ustawienia masztu: ……………………………; ☐ placówka zapewni obciążenie podstawy zgodnie z instrukcją producenta (np. płyty chodnikowe) i dysponuje zgodą właściciela/zarządcy terenu lub ją uzyska</w:t>
      </w:r>
    </w:p>
    <w:p>
      <w:pPr>
        <w:spacing w:after="40"/>
      </w:pPr>
      <w:r>
        <w:rPr>
          <w:b w:val="0"/>
          <w:i w:val="0"/>
          <w:strike w:val="0"/>
          <w:sz w:val="19"/>
        </w:rPr>
        <w:t>☐  Potrzeby dostępności uczestników (bez danych osobowych i bez danych o zdrowiu konkretnych osób), np. dostęp bez schodów, tłumacz PJM, materiały w powiększonej czcionce: ……………………………………………</w:t>
      </w:r>
    </w:p>
    <w:p>
      <w:pPr>
        <w:spacing w:after="60"/>
      </w:pPr>
    </w:p>
    <w:p>
      <w:pPr>
        <w:spacing w:after="60"/>
      </w:pPr>
      <w:r>
        <w:rPr>
          <w:b/>
          <w:i w:val="0"/>
          <w:strike w:val="0"/>
          <w:sz w:val="21"/>
        </w:rPr>
        <w:t>4. Oświadczenia placówki</w:t>
      </w:r>
    </w:p>
    <w:p>
      <w:pPr>
        <w:spacing w:after="40"/>
      </w:pPr>
      <w:r>
        <w:rPr>
          <w:b w:val="0"/>
          <w:i w:val="0"/>
          <w:strike w:val="0"/>
          <w:sz w:val="19"/>
        </w:rPr>
        <w:t>– Deklaracja jest wyrazem woli udziału w zadaniu i nie tworzy zobowiązań finansowych po stronie placówki – udział i materiały są nieodpłatne. Zadanie zostanie zrealizowane pod warunkiem przyznania Fundacji dotacji przez Województwo Małopolskie; w przypadku niższej dotacji zakres może zostać zmniejszony po uzgodnieniu z placówką.</w:t>
      </w:r>
    </w:p>
    <w:p>
      <w:pPr>
        <w:spacing w:after="40"/>
      </w:pPr>
      <w:r>
        <w:rPr>
          <w:b w:val="0"/>
          <w:i w:val="0"/>
          <w:strike w:val="0"/>
          <w:sz w:val="19"/>
        </w:rPr>
        <w:t>– Przyjmuję do wiadomości, że olimpiada jest konkursem organizowanym przez Fundację i nie jest olimpiadą w rozumieniu § 7 rozporządzenia MENiS z dnia 29 stycznia 2002 r. (t.j. Dz. U. z 2020 r. poz. 1036), więc nie daje laureatom uprawnień w rekrutacji ani przy egzaminach.</w:t>
      </w:r>
    </w:p>
    <w:p>
      <w:pPr>
        <w:spacing w:after="40"/>
      </w:pPr>
      <w:r>
        <w:rPr>
          <w:b w:val="0"/>
          <w:i w:val="0"/>
          <w:strike w:val="0"/>
          <w:sz w:val="19"/>
        </w:rPr>
        <w:t>– Wyrażam zgodę na wskazanie nazwy i adresu placówki w ofercie, sprawozdaniu z realizacji zadania oraz w informacjach o zadaniu publikowanych przez Fundację i Województwo Małopolskie.</w:t>
      </w:r>
    </w:p>
    <w:p>
      <w:pPr>
        <w:spacing w:after="40"/>
      </w:pPr>
      <w:r>
        <w:rPr>
          <w:b w:val="0"/>
          <w:i w:val="0"/>
          <w:strike w:val="0"/>
          <w:sz w:val="19"/>
        </w:rPr>
        <w:t>– Placówka poinformuje rodziców uczestników o zadaniu; zgody rodziców na udział dziecka w olimpiadzie i w spacerze oraz na utrwalenie i publikację wizerunku zbierze Fundacja lub placówka na formularzach przekazanych przez Fundację.</w:t>
      </w:r>
    </w:p>
    <w:p>
      <w:pPr>
        <w:spacing w:after="40"/>
      </w:pPr>
      <w:r>
        <w:rPr>
          <w:b w:val="0"/>
          <w:i w:val="0"/>
          <w:strike w:val="0"/>
          <w:sz w:val="19"/>
        </w:rPr>
        <w:t>– Zajęcia w placówce odbywają się w obecności nauczyciela placówki; Fundacja kieruje do pracy z dziećmi wyłącznie osoby sprawdzone w Rejestrze Sprawców Przestępstw na Tle Seksualnym i Krajowym Rejestrze Karnym.</w:t>
      </w:r>
    </w:p>
    <w:p>
      <w:pPr>
        <w:spacing w:after="60"/>
      </w:pPr>
    </w:p>
    <w:p>
      <w:pPr>
        <w:spacing w:after="60"/>
      </w:pPr>
      <w:r>
        <w:rPr>
          <w:b w:val="0"/>
          <w:i/>
          <w:strike w:val="0"/>
          <w:sz w:val="16"/>
        </w:rPr>
        <w:t>Informacja o danych osobowych: administratorem danych osób kontaktowych podanych w deklaracji jest Fundacja Promocji Nowej Huty (kontakt: biuro@fundacjanh.org, tel. 575 661 551); dane przetwarzane są w celu przygotowania i realizacji zadania oraz jego rozliczenia (art. 6 ust. 1 lit. e i f RODO) przez okres wymagany umową dotacji (5 lat). Dane z oferty przetwarza również Województwo Małopolskie – klauzula w Rozdz. VIII ust. 12 regulaminu konkursu. Przysługuje prawo dostępu, sprostowania, ograniczenia przetwarzania, sprzeciwu i skargi do Prezesa UODO.</w:t>
      </w:r>
    </w:p>
    <w:p>
      <w:pPr>
        <w:spacing w:after="6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8"/>
              </w:rPr>
              <w:t>……………………………………</w:t>
            </w:r>
          </w:p>
          <w:p>
            <w:pPr>
              <w:spacing w:after="20"/>
            </w:pPr>
            <w:r>
              <w:rPr>
                <w:b w:val="0"/>
                <w:i w:val="0"/>
                <w:strike w:val="0"/>
                <w:sz w:val="18"/>
              </w:rPr>
              <w:t>miejscowość, data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 w:val="0"/>
                <w:i w:val="0"/>
                <w:strike w:val="0"/>
                <w:sz w:val="18"/>
              </w:rPr>
              <w:t>……………………………………………………</w:t>
            </w:r>
          </w:p>
          <w:p>
            <w:pPr>
              <w:spacing w:after="20"/>
            </w:pPr>
            <w:r>
              <w:rPr>
                <w:b w:val="0"/>
                <w:i w:val="0"/>
                <w:strike w:val="0"/>
                <w:sz w:val="18"/>
              </w:rPr>
              <w:t>pieczęć placówki, podpis dyrektora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</w:tbl>
    <w:p>
      <w:pPr>
        <w:spacing w:after="60"/>
      </w:pPr>
    </w:p>
    <w:p>
      <w:pPr>
        <w:spacing w:after="60"/>
      </w:pPr>
      <w:r>
        <w:rPr>
          <w:b/>
          <w:i w:val="0"/>
          <w:strike w:val="0"/>
          <w:sz w:val="18"/>
        </w:rPr>
        <w:t>Prosimy o odesłanie skanu podpisanej deklaracji na adres biuro@fundacjanh.org do dnia 09.10.2026 r..</w:t>
      </w:r>
      <w:r>
        <w:rPr>
          <w:b/>
          <w:i w:val="0"/>
          <w:strike w:val="0"/>
          <w:sz w:val="18"/>
          <w:highlight w:val="yellow"/>
        </w:rPr>
      </w:r>
      <w:r>
        <w:rPr>
          <w:b/>
          <w:i w:val="0"/>
          <w:strike w:val="0"/>
          <w:sz w:val="18"/>
        </w:rPr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95959"/>
        <w:sz w:val="15"/>
      </w:rPr>
      <w:t xml:space="preserve">Deklaracja udziału placówki (v2) – „Kocham Polskę! – 2 edycja 2026” – Fundacja Promocji Nowej Huty   |   str. </w:t>
    </w:r>
    <w:r>
      <w:rPr>
        <w:sz w:val="15"/>
      </w:rPr>
      <w:fldChar w:fldCharType="begin"/>
      <w:instrText xml:space="preserve">PAGE</w:instrText>
      <w:fldChar w:fldCharType="end"/>
    </w:r>
    <w:r>
      <w:rPr>
        <w:color w:val="595959"/>
        <w:sz w:val="15"/>
      </w:rPr>
      <w:t xml:space="preserve"> z </w:t>
    </w:r>
    <w:r>
      <w:rPr>
        <w:sz w:val="15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9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